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הכדורגל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תפקידים שונים של שחקנים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לנסות להבקיע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תוצאה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כשהוא עושה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בעיטה מול השוער אחרי עבירה ברחבה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תפקיד המגן הוא לעצור את ההתקפה של היריבים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בכרטיסיית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מתחלק לשתי מחציות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האוהדים הם הקהל שמעודד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לאזהר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שופטת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מחציות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(שומר על השער ותופס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(מנסה להבקיע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(עוצר את התקפת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(שומר על כללי המשחק)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(מעודדים את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משפטים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דני הבקיע גול יפה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המגן עצר את ההתקפה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המשחק נגמר בתיקו שתיים-שתיים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 (שוער, חלוץ, קשר או מגן) ומסביר בקצרה מדוע, תוך שימוש נכון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ויכול לתפוס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חלוץ מתקיף ומנסה להבקיע, מגן מגן ועוצר התקפות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הוא עושה עבירה על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תפקידים קצר במגרש או בכיתה כדי לחזק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המילים עם תמונות או סרטון קצר של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שקשורות למשחק הכדורגל, כמו תפקידי שחקנים, חלקי המשחק ומושגים חשובים.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מותר לו לתפוס את הכדור בידיים ברחבה?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החלוץ?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להבקיע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לשרוק עבירות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כללי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תיקו?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ניצחון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מקבל שחקן כרטיס 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מבקיע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עושה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שותה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מריע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בעיטת 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 מהקהל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מול השוער אחרי עבירה ברחבה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בעיטה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בעיטה מהשופט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המגן מנסה להבקיע גולים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מחבר בין ההגנה להתקפה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היא חצי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הם שחקנים שמשחקים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יכול לתת כרטיס צהוב על עבירה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קפצה ותפסה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החלוצה רצה מהר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מסר את הכדור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נגמר ב__________ אחד־אחד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שרקה בסוף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השחקן קיבל כרטיס __________ כי דחף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בהפסקה בין ה__________ שתינו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תפקיד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מעודדים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כללי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מנסה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 על השער ותופס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עוצר את התקפת היריב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משפטים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'להבקיע'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'מגן'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המילה 'תיקו'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שחקנים במשחק כדורגל. באיזה תפקיד הייתם רוצים לשחק ולמה? כתבו 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חלוץ למגן?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מקבל שחקן כרטיס צהוב?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