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מעולם הכדורגל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מעולם הכדורגל ומשמעותן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תפקידים שונים של שחקנים במגרש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החדשות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לנסות להבקיע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תוצאה שווה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כשהוא עושה עבירה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בעיטה מול השוער אחרי עבירה ברחבה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תפקיד המגן הוא לעצור את ההתקפה של היריבים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בכרטיסיית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המשחק מתחלק לשתי מחציות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האוהדים הם הקהל שמעודד את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דרך לאזהר שחקן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תיקו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שופטת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צהוב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מחציות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תפקיד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(שומר על השער ותופס בידיים)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(מנסה להבקיע גולים)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(מחבר בין 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(עוצר את התקפת היריב)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(שומר על כללי המשחק)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(מעודדים את הקבוצה)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משפטים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דני הבקיע גול יפה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המגן עצר את ההתקפה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המשחק נגמר בתיקו שתיים-שתיים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-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תפקיד (שוער, חלוץ, קשר או מגן) ומסביר בקצרה מדוע, תוך שימוש נכון במילה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שוער שומר על השער ויכול לתפוס בידיים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חלוץ מתקיף ומנסה להבקיע, מגן מגן ועוצר התקפות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כאשר הוא עושה עבירה על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תפקידים קצר במגרש או בכיתה כדי לחזק את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את המילים עם תמונות או סרטון קצר של משחק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השאלות המסומנות כקשות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מעולם הכדורגל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מילים על כדורגל. נלמד מה זה שוער, חלוץ, מגן ועוד.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שומר על השער ומותר לו לתפוס בידיים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התקפה שמנסה להבקיע גול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שמחבר בין ההגנה להתקפה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שעוצר את התקפת היריב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שומר על כללי המשחק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להבקיע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להכניס כדור לשער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צהוב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אזהרה מהשופט על עבירה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תיקו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תוצאה שווה בין שתי הקבוצות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תופס כדור בידיים?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חלוץ?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לשמור על השער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לנסות להבקיע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לשרוק עבירות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לעודד את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שומר על הכללים?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אוהד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תיקו?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ניצחון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 שווה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הפסד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יש כרטיס צהוב?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כשהוא מבקיע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כשהוא עושה עבירה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כשהוא שותה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כשהוא מריע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זו בעיטת עונשין?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בעיטה מהקהל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בעיטה מול השוער אחרי עבירה ברחבה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בעיטה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בעיטה מהשופט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המגן מנסה להבקיע גולים כל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הקשר מחבר בין ההגנה להתקפה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מחצית היא חצי 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האוהדים הם שחקנים שמשחקים במגרש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שופט יכול לתת כרטיס צהוב על עבירה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קפצה ותפסה את הכדור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החלוצה רצה מהר אל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מסר את הכדור קדימה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המשחק נגמר ב__________ אחד־אחד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שרקה בסוף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השחקן קיבל כרטיס __________ כי דחף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בהפסקה בין ה__________ שתינו 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תפקיד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שומר על כללי המשחק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חלוץ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עוצר את התקפת היריב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מנסה להבקיע גולים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מעודדים את הקבוצה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מחבר בין הגנה להתקפה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אוהדים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שומר על השער ותופס בידיים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- משפטים משלי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'להבקיע'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המילה 'מגן'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עם המילה 'תיקו'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-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שחקנים במשחק כדורגל. באיזה תפקיד הייתם רוצים לשחק ולמה? כתבו כמה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תפקידו של השוער?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חלוץ למגן?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מקבל שחקן כרטיס צהוב?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מעולם הכדורגל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