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מעולם הכדורגל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מעולם הכדורגל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תפקידים שונים של שחקנים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לנסות להבקיע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תפקיד המגן הוא לעצור את ההתקפה של היריבים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בכרטיסיית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המשחק מתחלק לשתי מחציות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תפקיד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 ותופס בידיים)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(מנסה להבקיע גולים)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(עוצר את התקפת היריב)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משפטים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דני הבקיע גול יפה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המגן עצר את ההתקפה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-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תפקיד (שוער, חלוץ, קשר או מגן) ומסביר בקצרה מדוע, תוך שימוש נכון במילה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שוער שומר על השער ויכול לתפוס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חלוץ מתקיף ומנסה להבקיע, מגן מגן ועוצר התקפות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כאשר הוא עושה עבירה על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תפקידים קצר במגרש או בכיתה כדי לחזק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המילים עם תמונות או סרטון קצר של 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כקשות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מעולם הכדורגל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שקשורות למשחק הכדורגל, כמו תפקידי שחקנים, חלקי המשחק ומושגים 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קשר  ·  שער  ·  שוערת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מותר לו לתפוס את הכדור בידיים ברחבה?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תפקידו של החלוץ?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לשמור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לנסות להבקיע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לשרוק עבירות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שומר על כללי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המגן מנסה להבקיע גולים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הקשר מחבר בין ההגנה להתקפה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מחצית היא חצי 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קפצה ותפסה את הכדור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החלוצה רצה מהר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מסר את הכדור קדימה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תפקיד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מנסה להבקיע גולים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עוצר את התקפת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שומר על השער ותופס בידיים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מחבר בין 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- משפטים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'להבקיע'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עם המילה 'מגן'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-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שחקנים במשחק כדורגל. באיזה תפקיד הייתם רוצים לשחק ולמה? כתבו כמה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תפקידו של השוער?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חלוץ למגן?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מעולם הכדורגל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